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F76D" w14:textId="77777777" w:rsidR="00CF69F1" w:rsidRDefault="00CF69F1">
      <w:pPr>
        <w:pStyle w:val="Titolo1"/>
        <w:rPr>
          <w:color w:val="000000" w:themeColor="text1"/>
        </w:rPr>
      </w:pPr>
      <w:r w:rsidRPr="00DE3018">
        <w:rPr>
          <w:noProof/>
        </w:rPr>
        <w:drawing>
          <wp:anchor distT="0" distB="0" distL="114300" distR="114300" simplePos="0" relativeHeight="251659264" behindDoc="0" locked="0" layoutInCell="1" allowOverlap="1" wp14:anchorId="1BBF1DAD" wp14:editId="0DE22DE6">
            <wp:simplePos x="0" y="0"/>
            <wp:positionH relativeFrom="margin">
              <wp:posOffset>335280</wp:posOffset>
            </wp:positionH>
            <wp:positionV relativeFrom="paragraph">
              <wp:posOffset>-845820</wp:posOffset>
            </wp:positionV>
            <wp:extent cx="4892040" cy="2034540"/>
            <wp:effectExtent l="0" t="0" r="3810" b="3810"/>
            <wp:wrapNone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FCC18" w14:textId="77777777" w:rsidR="00DC3697" w:rsidRDefault="00DC3697" w:rsidP="00CF69F1">
      <w:pPr>
        <w:pStyle w:val="Titolo1"/>
        <w:jc w:val="both"/>
        <w:rPr>
          <w:color w:val="000000" w:themeColor="text1"/>
        </w:rPr>
      </w:pPr>
    </w:p>
    <w:p w14:paraId="618570BC" w14:textId="77777777" w:rsidR="00CF69F1" w:rsidRDefault="00CF69F1" w:rsidP="00CF69F1"/>
    <w:p w14:paraId="5742C917" w14:textId="77777777" w:rsidR="00CF69F1" w:rsidRPr="00CF69F1" w:rsidRDefault="00CF69F1" w:rsidP="00CF69F1">
      <w:pPr>
        <w:rPr>
          <w:b/>
        </w:rPr>
      </w:pPr>
      <w:r w:rsidRPr="00CF69F1">
        <w:rPr>
          <w:b/>
          <w:color w:val="000000" w:themeColor="text1"/>
        </w:rPr>
        <w:t>MODULO DI PRESENTAZIONE DI ATTIVITÀ PROGETTUALE A TITOLO NON ONEROSO</w:t>
      </w:r>
    </w:p>
    <w:p w14:paraId="38296DAB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(a cura del docente – in orario curricolare)</w:t>
      </w:r>
    </w:p>
    <w:p w14:paraId="28610BB2" w14:textId="77777777" w:rsidR="00CF69F1" w:rsidRDefault="00CF69F1">
      <w:pPr>
        <w:rPr>
          <w:color w:val="000000" w:themeColor="text1"/>
        </w:rPr>
      </w:pPr>
    </w:p>
    <w:p w14:paraId="2E0A6596" w14:textId="77777777" w:rsidR="001B414C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 xml:space="preserve">Al Dirigente Scolastico </w:t>
      </w:r>
    </w:p>
    <w:p w14:paraId="5FE7EEA0" w14:textId="77777777" w:rsidR="00DC3697" w:rsidRPr="001B414C" w:rsidRDefault="001B414C">
      <w:pPr>
        <w:rPr>
          <w:color w:val="000000" w:themeColor="text1"/>
        </w:rPr>
      </w:pPr>
      <w:proofErr w:type="spellStart"/>
      <w:r w:rsidRPr="001B414C">
        <w:rPr>
          <w:color w:val="000000" w:themeColor="text1"/>
        </w:rPr>
        <w:t>dell’Istituto</w:t>
      </w:r>
      <w:proofErr w:type="spellEnd"/>
      <w:r w:rsidRPr="001B414C">
        <w:rPr>
          <w:color w:val="000000" w:themeColor="text1"/>
        </w:rPr>
        <w:t>: IC Beato Francesco Maria Greco San Giacomo</w:t>
      </w:r>
    </w:p>
    <w:p w14:paraId="5FBA66BC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DATI DEL DOCENTE PROPONENTE</w:t>
      </w:r>
    </w:p>
    <w:p w14:paraId="0D0428BF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Nome e Cognome: ____________________________________________</w:t>
      </w:r>
    </w:p>
    <w:p w14:paraId="739BD0D2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In servizio presso: ___________________________________________</w:t>
      </w:r>
    </w:p>
    <w:p w14:paraId="3BA6F34A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Classe di concorso / Ruolo: _________________________________</w:t>
      </w:r>
    </w:p>
    <w:p w14:paraId="0ED0200C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Email: _________________________________________</w:t>
      </w:r>
    </w:p>
    <w:p w14:paraId="616A2EBE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TITOLO DEL PROGETTO</w:t>
      </w:r>
    </w:p>
    <w:p w14:paraId="41902CAE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__________________________________________________________________</w:t>
      </w:r>
    </w:p>
    <w:p w14:paraId="530EDA23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DESCRIZIONE DEL PROGETTO</w:t>
      </w:r>
    </w:p>
    <w:p w14:paraId="7BD36321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(Sintesi dell’attività proposta, contenuti, metodi, strumenti)</w:t>
      </w:r>
      <w:r w:rsidRPr="001B414C">
        <w:rPr>
          <w:color w:val="000000" w:themeColor="text1"/>
        </w:rPr>
        <w:br/>
        <w:t>__________________________________________________________________</w:t>
      </w:r>
    </w:p>
    <w:p w14:paraId="778ED0D6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FINALITÀ E OBIETTIVI EDUCATIVI E FORMATIVI</w:t>
      </w:r>
    </w:p>
    <w:p w14:paraId="3CEE98A7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(Collegamento con il curricolo, PTOF, competenze chiave europee, ecc.)</w:t>
      </w:r>
      <w:r w:rsidRPr="001B414C">
        <w:rPr>
          <w:color w:val="000000" w:themeColor="text1"/>
        </w:rPr>
        <w:br/>
        <w:t>__________________________________________________________________</w:t>
      </w:r>
    </w:p>
    <w:p w14:paraId="286322B3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CLASSI / STUDENTI COINVOLTI</w:t>
      </w:r>
    </w:p>
    <w:p w14:paraId="7E36F34E" w14:textId="77777777" w:rsidR="00CF69F1" w:rsidRDefault="001B414C" w:rsidP="008E5CC6">
      <w:pPr>
        <w:rPr>
          <w:color w:val="000000" w:themeColor="text1"/>
        </w:rPr>
      </w:pPr>
      <w:r w:rsidRPr="001B414C">
        <w:rPr>
          <w:rFonts w:ascii="Segoe UI Symbol" w:hAnsi="Segoe UI Symbol" w:cs="Segoe UI Symbol"/>
          <w:color w:val="000000" w:themeColor="text1"/>
        </w:rPr>
        <w:t>☐</w:t>
      </w:r>
      <w:r w:rsidRPr="001B414C">
        <w:rPr>
          <w:color w:val="000000" w:themeColor="text1"/>
        </w:rPr>
        <w:t xml:space="preserve"> Tutte le classi del docente</w:t>
      </w:r>
      <w:r w:rsidRPr="001B414C">
        <w:rPr>
          <w:color w:val="000000" w:themeColor="text1"/>
        </w:rPr>
        <w:br/>
      </w:r>
      <w:r w:rsidRPr="001B414C">
        <w:rPr>
          <w:rFonts w:ascii="Segoe UI Symbol" w:hAnsi="Segoe UI Symbol" w:cs="Segoe UI Symbol"/>
          <w:color w:val="000000" w:themeColor="text1"/>
        </w:rPr>
        <w:t>☐</w:t>
      </w:r>
      <w:r w:rsidRPr="001B414C">
        <w:rPr>
          <w:color w:val="000000" w:themeColor="text1"/>
        </w:rPr>
        <w:t xml:space="preserve"> Classi: _________________________</w:t>
      </w:r>
      <w:r w:rsidRPr="001B414C">
        <w:rPr>
          <w:color w:val="000000" w:themeColor="text1"/>
        </w:rPr>
        <w:br/>
      </w:r>
      <w:r w:rsidRPr="001B414C">
        <w:rPr>
          <w:rFonts w:ascii="Segoe UI Symbol" w:hAnsi="Segoe UI Symbol" w:cs="Segoe UI Symbol"/>
          <w:color w:val="000000" w:themeColor="text1"/>
        </w:rPr>
        <w:t>☐</w:t>
      </w:r>
      <w:r w:rsidRPr="001B414C">
        <w:rPr>
          <w:color w:val="000000" w:themeColor="text1"/>
        </w:rPr>
        <w:t xml:space="preserve"> Gruppi di studenti individuati in base a: ___________________________</w:t>
      </w:r>
    </w:p>
    <w:p w14:paraId="1D210614" w14:textId="77777777" w:rsidR="00CF69F1" w:rsidRDefault="00CF69F1">
      <w:pPr>
        <w:pStyle w:val="Titolo2"/>
        <w:rPr>
          <w:color w:val="000000" w:themeColor="text1"/>
        </w:rPr>
      </w:pPr>
    </w:p>
    <w:p w14:paraId="16F2E1CB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PERIODO DI SVOLGIMENTO E DURATA</w:t>
      </w:r>
    </w:p>
    <w:p w14:paraId="7ECCE8E2" w14:textId="77777777" w:rsidR="00DC3697" w:rsidRPr="001B414C" w:rsidRDefault="001B414C">
      <w:pPr>
        <w:rPr>
          <w:color w:val="000000" w:themeColor="text1"/>
        </w:rPr>
      </w:pPr>
      <w:proofErr w:type="spellStart"/>
      <w:r w:rsidRPr="001B414C">
        <w:rPr>
          <w:color w:val="000000" w:themeColor="text1"/>
        </w:rPr>
        <w:t>Periodo</w:t>
      </w:r>
      <w:proofErr w:type="spellEnd"/>
      <w:r w:rsidRPr="001B414C">
        <w:rPr>
          <w:color w:val="000000" w:themeColor="text1"/>
        </w:rPr>
        <w:t>: dal ____________ al ____________</w:t>
      </w:r>
      <w:r w:rsidRPr="001B414C">
        <w:rPr>
          <w:color w:val="000000" w:themeColor="text1"/>
        </w:rPr>
        <w:br/>
      </w:r>
      <w:proofErr w:type="spellStart"/>
      <w:r w:rsidRPr="001B414C">
        <w:rPr>
          <w:color w:val="000000" w:themeColor="text1"/>
        </w:rPr>
        <w:t>Frequenza</w:t>
      </w:r>
      <w:proofErr w:type="spellEnd"/>
      <w:r w:rsidRPr="001B414C">
        <w:rPr>
          <w:color w:val="000000" w:themeColor="text1"/>
        </w:rPr>
        <w:t xml:space="preserve">: ☐ </w:t>
      </w:r>
      <w:proofErr w:type="spellStart"/>
      <w:r w:rsidRPr="001B414C">
        <w:rPr>
          <w:color w:val="000000" w:themeColor="text1"/>
        </w:rPr>
        <w:t>Settimanale</w:t>
      </w:r>
      <w:proofErr w:type="spellEnd"/>
      <w:r w:rsidRPr="001B414C">
        <w:rPr>
          <w:color w:val="000000" w:themeColor="text1"/>
        </w:rPr>
        <w:t xml:space="preserve"> ☐ </w:t>
      </w:r>
      <w:proofErr w:type="spellStart"/>
      <w:r w:rsidRPr="001B414C">
        <w:rPr>
          <w:color w:val="000000" w:themeColor="text1"/>
        </w:rPr>
        <w:t>Bimestrale</w:t>
      </w:r>
      <w:proofErr w:type="spellEnd"/>
      <w:r w:rsidRPr="001B414C">
        <w:rPr>
          <w:color w:val="000000" w:themeColor="text1"/>
        </w:rPr>
        <w:t xml:space="preserve"> ☐ </w:t>
      </w:r>
      <w:proofErr w:type="spellStart"/>
      <w:r w:rsidRPr="001B414C">
        <w:rPr>
          <w:color w:val="000000" w:themeColor="text1"/>
        </w:rPr>
        <w:t>Modulare</w:t>
      </w:r>
      <w:proofErr w:type="spellEnd"/>
      <w:r w:rsidRPr="001B414C">
        <w:rPr>
          <w:color w:val="000000" w:themeColor="text1"/>
        </w:rPr>
        <w:br/>
        <w:t xml:space="preserve">Ore </w:t>
      </w:r>
      <w:proofErr w:type="spellStart"/>
      <w:r w:rsidRPr="001B414C">
        <w:rPr>
          <w:color w:val="000000" w:themeColor="text1"/>
        </w:rPr>
        <w:t>complessive</w:t>
      </w:r>
      <w:proofErr w:type="spellEnd"/>
      <w:r w:rsidRPr="001B414C">
        <w:rPr>
          <w:color w:val="000000" w:themeColor="text1"/>
        </w:rPr>
        <w:t>: ____________</w:t>
      </w:r>
      <w:r w:rsidRPr="001B414C">
        <w:rPr>
          <w:color w:val="000000" w:themeColor="text1"/>
        </w:rPr>
        <w:br/>
      </w:r>
      <w:proofErr w:type="spellStart"/>
      <w:r w:rsidRPr="001B414C">
        <w:rPr>
          <w:color w:val="000000" w:themeColor="text1"/>
        </w:rPr>
        <w:t>Orario</w:t>
      </w:r>
      <w:proofErr w:type="spellEnd"/>
      <w:r w:rsidRPr="001B414C">
        <w:rPr>
          <w:color w:val="000000" w:themeColor="text1"/>
        </w:rPr>
        <w:t>: ☐ Antimeridiano (in orario curricolare)</w:t>
      </w:r>
      <w:r w:rsidRPr="001B414C">
        <w:rPr>
          <w:color w:val="000000" w:themeColor="text1"/>
        </w:rPr>
        <w:br/>
        <w:t>☐ Svolgimento integrato in discipline curricolari (specificare): _______________________</w:t>
      </w:r>
    </w:p>
    <w:p w14:paraId="160F1287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SEDE DI SVOLGIMENTO</w:t>
      </w:r>
    </w:p>
    <w:p w14:paraId="5B467239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☐ In aula</w:t>
      </w:r>
      <w:r w:rsidRPr="001B414C">
        <w:rPr>
          <w:color w:val="000000" w:themeColor="text1"/>
        </w:rPr>
        <w:br/>
        <w:t>☐ In laboratorio</w:t>
      </w:r>
      <w:r w:rsidRPr="001B414C">
        <w:rPr>
          <w:color w:val="000000" w:themeColor="text1"/>
        </w:rPr>
        <w:br/>
        <w:t>☐ Altri spazi dell’Istituto (specificare): _____________________________</w:t>
      </w:r>
    </w:p>
    <w:p w14:paraId="3898E2DA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RISORSE E STRUMENTI NECESSARI</w:t>
      </w:r>
    </w:p>
    <w:p w14:paraId="5C439F7C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☐ Nessuna risorsa aggiuntiva richiesta</w:t>
      </w:r>
      <w:r w:rsidRPr="001B414C">
        <w:rPr>
          <w:color w:val="000000" w:themeColor="text1"/>
        </w:rPr>
        <w:br/>
        <w:t>☐ Materiali/strumenti già in dotazione della scuola</w:t>
      </w:r>
      <w:r w:rsidRPr="001B414C">
        <w:rPr>
          <w:color w:val="000000" w:themeColor="text1"/>
        </w:rPr>
        <w:br/>
        <w:t>☐ Altro (specificare): ______________________________________________</w:t>
      </w:r>
    </w:p>
    <w:p w14:paraId="294A2D2B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MODALITÀ DI VERIFICA E DOCUMENTAZIONE FINALE</w:t>
      </w:r>
    </w:p>
    <w:p w14:paraId="1DB38B49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☐ Elaborati degli studenti</w:t>
      </w:r>
      <w:r w:rsidRPr="001B414C">
        <w:rPr>
          <w:color w:val="000000" w:themeColor="text1"/>
        </w:rPr>
        <w:br/>
        <w:t>☐ Presentazione / esposizione finale</w:t>
      </w:r>
      <w:r w:rsidRPr="001B414C">
        <w:rPr>
          <w:color w:val="000000" w:themeColor="text1"/>
        </w:rPr>
        <w:br/>
        <w:t>☐ Report sintetico del docente</w:t>
      </w:r>
      <w:r w:rsidRPr="001B414C">
        <w:rPr>
          <w:color w:val="000000" w:themeColor="text1"/>
        </w:rPr>
        <w:br/>
        <w:t>☐ Altro: ______________________________________________</w:t>
      </w:r>
    </w:p>
    <w:p w14:paraId="0BF33FFF" w14:textId="77777777" w:rsidR="00DC3697" w:rsidRPr="001B414C" w:rsidRDefault="001B414C">
      <w:pPr>
        <w:pStyle w:val="Titolo2"/>
        <w:rPr>
          <w:color w:val="000000" w:themeColor="text1"/>
        </w:rPr>
      </w:pPr>
      <w:r w:rsidRPr="001B414C">
        <w:rPr>
          <w:color w:val="000000" w:themeColor="text1"/>
        </w:rPr>
        <w:t>DICHIARAZIONI DEL DOCENTE</w:t>
      </w:r>
    </w:p>
    <w:p w14:paraId="0DEAD043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t>Il/La sottoscritto/a dichiara:</w:t>
      </w:r>
      <w:r w:rsidRPr="001B414C">
        <w:rPr>
          <w:color w:val="000000" w:themeColor="text1"/>
        </w:rPr>
        <w:br/>
        <w:t>- che il progetto proposto sarà svolto a titolo gratuito, senza oneri economici per l’Istituto;</w:t>
      </w:r>
      <w:r w:rsidRPr="001B414C">
        <w:rPr>
          <w:color w:val="000000" w:themeColor="text1"/>
        </w:rPr>
        <w:br/>
        <w:t>- che il progetto sarà attuato in orario curricolare, con integrazione nella programmazione didattica della classe;</w:t>
      </w:r>
      <w:r w:rsidRPr="001B414C">
        <w:rPr>
          <w:color w:val="000000" w:themeColor="text1"/>
        </w:rPr>
        <w:br/>
        <w:t>- che le attività saranno svolte nel rispetto del PTOF e delle finalità educative dell’Istituto;</w:t>
      </w:r>
      <w:r w:rsidRPr="001B414C">
        <w:rPr>
          <w:color w:val="000000" w:themeColor="text1"/>
        </w:rPr>
        <w:br/>
        <w:t>- che sarà garantita l’osservanza delle normative vigenti sulla sicurezza, inclusione e privacy;</w:t>
      </w:r>
      <w:r w:rsidRPr="001B414C">
        <w:rPr>
          <w:color w:val="000000" w:themeColor="text1"/>
        </w:rPr>
        <w:br/>
        <w:t>- che il progetto potrà essere documentato e condiviso con il Collegio docenti, i Consigli di classe e le famiglie, se ritenuto utile;</w:t>
      </w:r>
      <w:r w:rsidRPr="001B414C">
        <w:rPr>
          <w:color w:val="000000" w:themeColor="text1"/>
        </w:rPr>
        <w:br/>
        <w:t>- di autorizzare il trattamento dei dati personali ai sensi del Reg. UE 2016/679 (GDPR).</w:t>
      </w:r>
    </w:p>
    <w:p w14:paraId="04445DC7" w14:textId="77777777" w:rsidR="00DC3697" w:rsidRPr="001B414C" w:rsidRDefault="001B414C">
      <w:pPr>
        <w:rPr>
          <w:color w:val="000000" w:themeColor="text1"/>
        </w:rPr>
      </w:pPr>
      <w:r w:rsidRPr="001B414C">
        <w:rPr>
          <w:color w:val="000000" w:themeColor="text1"/>
        </w:rPr>
        <w:br/>
        <w:t>Luogo e data: ____________________________</w:t>
      </w:r>
    </w:p>
    <w:p w14:paraId="4DCE610D" w14:textId="77777777" w:rsidR="00DC3697" w:rsidRDefault="001B414C" w:rsidP="001B414C">
      <w:pPr>
        <w:ind w:left="4320"/>
      </w:pPr>
      <w:r>
        <w:t>Firma del docente: ____________________________</w:t>
      </w:r>
    </w:p>
    <w:sectPr w:rsidR="00DC3697" w:rsidSect="00CF69F1">
      <w:pgSz w:w="12240" w:h="15840"/>
      <w:pgMar w:top="1440" w:right="61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3AD95" w14:textId="77777777" w:rsidR="006A7115" w:rsidRDefault="006A7115" w:rsidP="00CF69F1">
      <w:pPr>
        <w:spacing w:after="0" w:line="240" w:lineRule="auto"/>
      </w:pPr>
      <w:r>
        <w:separator/>
      </w:r>
    </w:p>
  </w:endnote>
  <w:endnote w:type="continuationSeparator" w:id="0">
    <w:p w14:paraId="7A50E677" w14:textId="77777777" w:rsidR="006A7115" w:rsidRDefault="006A7115" w:rsidP="00CF6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EA8C" w14:textId="77777777" w:rsidR="006A7115" w:rsidRDefault="006A7115" w:rsidP="00CF69F1">
      <w:pPr>
        <w:spacing w:after="0" w:line="240" w:lineRule="auto"/>
      </w:pPr>
      <w:r>
        <w:separator/>
      </w:r>
    </w:p>
  </w:footnote>
  <w:footnote w:type="continuationSeparator" w:id="0">
    <w:p w14:paraId="0255C230" w14:textId="77777777" w:rsidR="006A7115" w:rsidRDefault="006A7115" w:rsidP="00CF6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5394291">
    <w:abstractNumId w:val="8"/>
  </w:num>
  <w:num w:numId="2" w16cid:durableId="852451037">
    <w:abstractNumId w:val="6"/>
  </w:num>
  <w:num w:numId="3" w16cid:durableId="1600285492">
    <w:abstractNumId w:val="5"/>
  </w:num>
  <w:num w:numId="4" w16cid:durableId="859011758">
    <w:abstractNumId w:val="4"/>
  </w:num>
  <w:num w:numId="5" w16cid:durableId="1220557632">
    <w:abstractNumId w:val="7"/>
  </w:num>
  <w:num w:numId="6" w16cid:durableId="1457796285">
    <w:abstractNumId w:val="3"/>
  </w:num>
  <w:num w:numId="7" w16cid:durableId="554896166">
    <w:abstractNumId w:val="2"/>
  </w:num>
  <w:num w:numId="8" w16cid:durableId="1215388576">
    <w:abstractNumId w:val="1"/>
  </w:num>
  <w:num w:numId="9" w16cid:durableId="1830100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EF0"/>
    <w:rsid w:val="001B414C"/>
    <w:rsid w:val="0029639D"/>
    <w:rsid w:val="00326F90"/>
    <w:rsid w:val="005773A3"/>
    <w:rsid w:val="006A7115"/>
    <w:rsid w:val="006B20B7"/>
    <w:rsid w:val="008E5CC6"/>
    <w:rsid w:val="00AA1D8D"/>
    <w:rsid w:val="00B47730"/>
    <w:rsid w:val="00CB0664"/>
    <w:rsid w:val="00CF69F1"/>
    <w:rsid w:val="00D322C6"/>
    <w:rsid w:val="00DC36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6CA60A"/>
  <w14:defaultImageDpi w14:val="300"/>
  <w15:docId w15:val="{E98890CA-56C6-4CA3-A896-FC2DE4E3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510913-5271-4CA3-AFB4-ADD5793B2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</cp:lastModifiedBy>
  <cp:revision>2</cp:revision>
  <dcterms:created xsi:type="dcterms:W3CDTF">2026-09-25T10:15:00Z</dcterms:created>
  <dcterms:modified xsi:type="dcterms:W3CDTF">2026-09-25T10:15:00Z</dcterms:modified>
  <cp:category/>
</cp:coreProperties>
</file>